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فصول في فقه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إميل بريع يعقوب/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