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تدقيق الحسابات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الخطيب/ د خليل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تدقيق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