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عبد الوهاب العزاوي/ 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الازمات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