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Discourse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Guy cook/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9780194371407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