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an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P. Cow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89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