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التكلفة وتحليل الربحية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ثناء علي القباني/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