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اقتصاديات النقود والبنوك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متولي عبد القادر/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9789957077136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النقود/ الوساطة المالية/ غسيل الاموال/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