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الضرائب ومحاسبتها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عزمي يوسف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الضرائب/ محاسبة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