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النقود والبنوك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رشاد العصار/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9789957240806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النقود/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