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 والمصارف المركزية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المصارف/ النقود/ التضخم/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