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أبحاث في الإفلاس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فرنان بالي/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الحلبي الحقوقية/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9789953524504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الافلاس/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