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Great expectations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9780140620160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