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Language play; language 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Guy cook/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9780194421539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