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شاق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تحليل الاقتصادي/ الاقتصاد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