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ثراء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منتصر عبد الفادر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الشعراء/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