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نزيه أبو نظال/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978995369006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