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البدوية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ضياء عبد الرزاق العاني/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9789957710972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