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دراسات في علم اللغة النفسي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داودعبده/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جرير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126ص.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9789957381745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اللغة العربية/ علم النفس اللغوي/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