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الاستشراف في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العكيمي/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الانتشار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9786144040454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الإستشراق/ 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