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موسى سعيد مطر/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9957240722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المالية الدولية/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