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الدمج والتملك المصرفي في البلدان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سفر/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المصارف/ الدمج/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