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أ.د.خالد أمين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9789957070816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محاسبة الشركات/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