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في شركات الأشخاص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صادق حسنى/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657900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شركات الاشخاص/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