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التأمين والبنوك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محمود السجاعي/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التأمين/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