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 والإحصاء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علي متولي عجوز/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9773790126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الاحصاء/ بحوث العمليات/ الاحتمالات/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