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سياسي النظري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86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نتاج/ نظرية الث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