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بحوث العمليات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اليمين فالته/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إيتراك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9773830853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النقل/ البرمجة/ بحوث العمليات/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