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بورصات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9789771758914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المالية/ الخصخصة/ البورصات/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