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مبادئ الإدارة الإقتصادية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نعيم إبراهيم الظاهر/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9789957701307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الاسلام/ الادارة/ الاداري الاقتصاد/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