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محمد سليم خوا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2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اسلامية/ النقود/ الشي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