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الإندماج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أحمد التوني/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الفجر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9773581209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الانذماج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