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الكمي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مجيد الكرخي/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9789957182601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البرمجة الخطية/ المصفوفات/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