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الأسواق المالية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 د زياد رمضان/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الشركة العربية المتحدة للتسويق والتوريدات/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274ص.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9789776274044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الاسواق المالية/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