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ليح حسن خل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5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اقتصاد المالي/ الاقتصاد الدو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