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الصغير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الايرادات العامة/ الميزانية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