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الحداثة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سعيود/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