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الجباية في توزيع المواد البترولية دراسة وحدة التوزيع بميلة-نفطال-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بلمرابط سمية/ ضيف روفية(مشرفا)/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