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أخلاقيات التسويق دراسة ميدانية لإتجاهات المستهلكين نحو الغش التسويقي-مدينة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بوردوس لبنى/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