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الوقاية من خط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وح زينب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