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التجارة الإلكترونية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بودغدغ/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