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مراقبة التسيير والتحكم في تسيير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ليلى/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