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المصرفية-الصراف الآلي-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سلامي/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