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الأثار المتوقعة لانضمام الجزائر للمنظمة العالمية للتجارة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عمر بن عبد الرحمان/ بولصباع محمود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