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المعلومات المحاسبية في التنبؤ بالتعثر المالي للمؤسسات الإقتصاديةدراسة حالة الوحدة الانتاجية والتجارية مطاحن بني هارون القرارم قو قة  -ولاية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حفصة بخوش/ عقبة قطاف(مشرفا)/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