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في البنوك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طيان منى/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