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الإتصال الشخصي في سياسة التسويق الخدمي  دراسة ميدانية في مديرية بريد الجزائر الوحدة الولائية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زواغي حسيبة/ داودي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