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قياس جودة الخدمة من وجهة نظر الزبون دراسة حالة مؤسسة اتصالات الجزائر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بومزبر إبراهيم/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