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البنكية و كيفية تسييرها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شريوة زينب/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