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التطبيقي للمحاسبة التحليلية في المؤسسات الجزائرية دراسة تطبقية بمؤسسة "سونلغاز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لوصيف،رحاب/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