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تطبيقات التسويق الداخلي في المؤسسات 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دونية زكري/ فايزة موساوي/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